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5" w:type="dxa"/>
        <w:shd w:val="clear" w:color="auto" w:fill="00B050"/>
        <w:tblLook w:val="04A0" w:firstRow="1" w:lastRow="0" w:firstColumn="1" w:lastColumn="0" w:noHBand="0" w:noVBand="1"/>
      </w:tblPr>
      <w:tblGrid>
        <w:gridCol w:w="10461"/>
      </w:tblGrid>
      <w:tr w:rsidR="00015B7C" w:rsidRPr="00392E21" w14:paraId="063E0F1C" w14:textId="77777777" w:rsidTr="002C011C">
        <w:trPr>
          <w:trHeight w:val="25"/>
        </w:trPr>
        <w:tc>
          <w:tcPr>
            <w:tcW w:w="10461" w:type="dxa"/>
            <w:shd w:val="clear" w:color="auto" w:fill="2BAC6E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3AF7B8" w14:textId="049D4DA6" w:rsidR="00015B7C" w:rsidRPr="00924665" w:rsidRDefault="00015B7C" w:rsidP="00924665">
            <w:pPr>
              <w:spacing w:after="0"/>
              <w:jc w:val="center"/>
              <w:rPr>
                <w:color w:val="2BAC6E"/>
                <w:sz w:val="4"/>
                <w:szCs w:val="10"/>
              </w:rPr>
            </w:pPr>
          </w:p>
        </w:tc>
      </w:tr>
    </w:tbl>
    <w:p w14:paraId="15D660AB" w14:textId="618948F1" w:rsidR="00015B7C" w:rsidRPr="00392E21" w:rsidRDefault="00015B7C">
      <w:pPr>
        <w:spacing w:after="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3"/>
        <w:gridCol w:w="5273"/>
      </w:tblGrid>
      <w:tr w:rsidR="00015B7C" w:rsidRPr="00392E21" w14:paraId="72562C89" w14:textId="77777777">
        <w:tc>
          <w:tcPr>
            <w:tcW w:w="5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73C23" w14:textId="4D4FB771" w:rsidR="00015B7C" w:rsidRPr="00392E21" w:rsidRDefault="00000000">
            <w:pPr>
              <w:spacing w:after="0"/>
            </w:pPr>
            <w:proofErr w:type="spellStart"/>
            <w:r w:rsidRPr="00392E21">
              <w:rPr>
                <w:b/>
                <w:color w:val="13294B"/>
                <w:sz w:val="38"/>
              </w:rPr>
              <w:t>Wtta</w:t>
            </w:r>
            <w:proofErr w:type="spellEnd"/>
            <w:r w:rsidRPr="00392E21">
              <w:rPr>
                <w:b/>
                <w:color w:val="13294B"/>
                <w:sz w:val="38"/>
              </w:rPr>
              <w:t>-check</w:t>
            </w:r>
            <w:r w:rsidRPr="00392E21">
              <w:br/>
            </w:r>
            <w:r w:rsidRPr="00B838E6">
              <w:rPr>
                <w:b/>
                <w:bCs/>
                <w:color w:val="2BAC6E"/>
                <w:sz w:val="26"/>
              </w:rPr>
              <w:t>voor HR en ondernemers</w:t>
            </w:r>
          </w:p>
        </w:tc>
        <w:tc>
          <w:tcPr>
            <w:tcW w:w="52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AF783" w14:textId="5A69B3B6" w:rsidR="00015B7C" w:rsidRPr="00392E21" w:rsidRDefault="00924665" w:rsidP="00A3134C">
            <w:pPr>
              <w:spacing w:after="0"/>
              <w:jc w:val="center"/>
            </w:pPr>
            <w:r w:rsidRPr="00A3134C">
              <w:rPr>
                <w:b/>
                <w:noProof/>
                <w:color w:val="13294B"/>
                <w:sz w:val="34"/>
              </w:rPr>
              <w:drawing>
                <wp:anchor distT="0" distB="0" distL="114300" distR="114300" simplePos="0" relativeHeight="251658240" behindDoc="0" locked="0" layoutInCell="1" allowOverlap="1" wp14:anchorId="4B89ADAC" wp14:editId="685A6E33">
                  <wp:simplePos x="0" y="0"/>
                  <wp:positionH relativeFrom="column">
                    <wp:posOffset>2920213</wp:posOffset>
                  </wp:positionH>
                  <wp:positionV relativeFrom="paragraph">
                    <wp:posOffset>10795</wp:posOffset>
                  </wp:positionV>
                  <wp:extent cx="337820" cy="204470"/>
                  <wp:effectExtent l="0" t="0" r="5080" b="5080"/>
                  <wp:wrapSquare wrapText="bothSides"/>
                  <wp:docPr id="914512013" name="Afbeelding 2" descr="Afbeelding met zwart, duisternis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fbeelding met zwart, duisternis&#10;&#10;Door AI gegenereerde inhoud is mogelijk onjuis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820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3134C">
              <w:rPr>
                <w:b/>
                <w:color w:val="13294B"/>
                <w:sz w:val="34"/>
              </w:rPr>
              <w:t xml:space="preserve">                                               </w:t>
            </w:r>
            <w:r w:rsidR="00A3134C" w:rsidRPr="00A3134C">
              <w:rPr>
                <w:b/>
                <w:color w:val="13294B"/>
                <w:sz w:val="34"/>
              </w:rPr>
              <w:t> </w:t>
            </w:r>
          </w:p>
        </w:tc>
      </w:tr>
    </w:tbl>
    <w:p w14:paraId="6EF77CB4" w14:textId="77777777" w:rsidR="00015B7C" w:rsidRPr="00392E21" w:rsidRDefault="00000000">
      <w:pPr>
        <w:spacing w:after="80"/>
      </w:pPr>
      <w:r w:rsidRPr="00392E21">
        <w:rPr>
          <w:color w:val="25313C"/>
          <w:sz w:val="17"/>
        </w:rPr>
        <w:t>In 15 tot 30 minuten een eerste beeld van wat jouw organisatie nog moet uitzoeken of regelen.</w:t>
      </w:r>
    </w:p>
    <w:tbl>
      <w:tblPr>
        <w:tblW w:w="0" w:type="auto"/>
        <w:tblInd w:w="85" w:type="dxa"/>
        <w:tblBorders>
          <w:top w:val="single" w:sz="4" w:space="0" w:color="C8D8D2"/>
          <w:left w:val="single" w:sz="4" w:space="0" w:color="C8D8D2"/>
          <w:bottom w:val="single" w:sz="4" w:space="0" w:color="C8D8D2"/>
          <w:right w:val="single" w:sz="4" w:space="0" w:color="C8D8D2"/>
          <w:insideH w:val="single" w:sz="4" w:space="0" w:color="C8D8D2"/>
          <w:insideV w:val="single" w:sz="4" w:space="0" w:color="C8D8D2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925"/>
      </w:tblGrid>
      <w:tr w:rsidR="00015B7C" w:rsidRPr="00392E21" w14:paraId="6EFDA772" w14:textId="77777777" w:rsidTr="00924665">
        <w:tc>
          <w:tcPr>
            <w:tcW w:w="4536" w:type="dxa"/>
            <w:shd w:val="clear" w:color="auto" w:fill="F6F9F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77E5D3" w14:textId="77777777" w:rsidR="00015B7C" w:rsidRPr="00392E21" w:rsidRDefault="00000000">
            <w:pPr>
              <w:spacing w:after="0"/>
            </w:pPr>
            <w:r w:rsidRPr="00E368C4">
              <w:rPr>
                <w:b/>
                <w:color w:val="13294B"/>
                <w:sz w:val="14"/>
              </w:rPr>
              <w:t>DOEL</w:t>
            </w:r>
            <w:r w:rsidRPr="00392E21">
              <w:rPr>
                <w:b/>
                <w:color w:val="13294B"/>
                <w:sz w:val="14"/>
              </w:rPr>
              <w:br/>
              <w:t>Maak snel zichtbaar waar actie of nader onderzoek nodig is.</w:t>
            </w:r>
          </w:p>
        </w:tc>
        <w:tc>
          <w:tcPr>
            <w:tcW w:w="5925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B8A0CD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2BAC6E"/>
                <w:sz w:val="14"/>
              </w:rPr>
              <w:t>ONTHOUD</w:t>
            </w:r>
            <w:r w:rsidRPr="00392E21">
              <w:rPr>
                <w:b/>
                <w:color w:val="2BAC6E"/>
                <w:sz w:val="14"/>
              </w:rPr>
              <w:br/>
              <w:t>Kijk naar de praktijk, niet alleen naar de naam van het contract of de leverancier</w:t>
            </w:r>
            <w:r w:rsidRPr="00392E21">
              <w:rPr>
                <w:b/>
                <w:color w:val="006B52"/>
                <w:sz w:val="14"/>
              </w:rPr>
              <w:t>.</w:t>
            </w:r>
          </w:p>
        </w:tc>
      </w:tr>
    </w:tbl>
    <w:p w14:paraId="05CFFA17" w14:textId="77777777" w:rsidR="00B838E6" w:rsidRDefault="00B838E6">
      <w:pPr>
        <w:spacing w:after="0" w:line="60" w:lineRule="exact"/>
        <w:rPr>
          <w:sz w:val="20"/>
          <w:szCs w:val="28"/>
        </w:rPr>
      </w:pPr>
    </w:p>
    <w:p w14:paraId="7814D029" w14:textId="77777777" w:rsidR="00B838E6" w:rsidRPr="00B838E6" w:rsidRDefault="00B838E6">
      <w:pPr>
        <w:spacing w:after="0" w:line="60" w:lineRule="exact"/>
        <w:rPr>
          <w:sz w:val="20"/>
          <w:szCs w:val="28"/>
        </w:rPr>
      </w:pPr>
    </w:p>
    <w:tbl>
      <w:tblPr>
        <w:tblW w:w="0" w:type="auto"/>
        <w:tblInd w:w="50" w:type="dxa"/>
        <w:shd w:val="clear" w:color="auto" w:fill="2BAC6E"/>
        <w:tblLayout w:type="fixed"/>
        <w:tblLook w:val="04A0" w:firstRow="1" w:lastRow="0" w:firstColumn="1" w:lastColumn="0" w:noHBand="0" w:noVBand="1"/>
      </w:tblPr>
      <w:tblGrid>
        <w:gridCol w:w="709"/>
        <w:gridCol w:w="9787"/>
      </w:tblGrid>
      <w:tr w:rsidR="00015B7C" w:rsidRPr="00392E21" w14:paraId="6F5D7F65" w14:textId="77777777" w:rsidTr="002B2B23">
        <w:trPr>
          <w:trHeight w:val="507"/>
        </w:trPr>
        <w:tc>
          <w:tcPr>
            <w:tcW w:w="709" w:type="dxa"/>
            <w:shd w:val="clear" w:color="auto" w:fill="2BAC6E"/>
            <w:tcMar>
              <w:top w:w="85" w:type="dxa"/>
              <w:left w:w="50" w:type="dxa"/>
              <w:bottom w:w="85" w:type="dxa"/>
              <w:right w:w="50" w:type="dxa"/>
            </w:tcMar>
            <w:vAlign w:val="center"/>
          </w:tcPr>
          <w:p w14:paraId="6B78A39D" w14:textId="77777777" w:rsidR="00015B7C" w:rsidRPr="00392E21" w:rsidRDefault="00000000">
            <w:pPr>
              <w:spacing w:after="0"/>
              <w:jc w:val="center"/>
            </w:pPr>
            <w:r w:rsidRPr="00392E21">
              <w:rPr>
                <w:b/>
                <w:color w:val="FFFFFF"/>
                <w:sz w:val="26"/>
              </w:rPr>
              <w:t>1</w:t>
            </w:r>
          </w:p>
        </w:tc>
        <w:tc>
          <w:tcPr>
            <w:tcW w:w="9787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29A9A3" w14:textId="79B16DAE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22"/>
              </w:rPr>
              <w:t>Wie lenen we in?</w:t>
            </w:r>
            <w:r w:rsidRPr="00392E21">
              <w:br/>
            </w:r>
            <w:r w:rsidRPr="00392E21">
              <w:rPr>
                <w:color w:val="25313C"/>
                <w:sz w:val="14"/>
              </w:rPr>
              <w:t>Maak één overzicht van organisaties via wie mensen bij jou werken. K</w:t>
            </w:r>
            <w:r w:rsidR="00055544" w:rsidRPr="00392E21">
              <w:rPr>
                <w:color w:val="25313C"/>
                <w:sz w:val="14"/>
              </w:rPr>
              <w:t>ij</w:t>
            </w:r>
            <w:r w:rsidRPr="00392E21">
              <w:rPr>
                <w:color w:val="25313C"/>
                <w:sz w:val="14"/>
              </w:rPr>
              <w:t>k breder dan alleen uitzendbureaus.</w:t>
            </w:r>
          </w:p>
        </w:tc>
      </w:tr>
    </w:tbl>
    <w:p w14:paraId="70ED33D5" w14:textId="77777777" w:rsidR="00015B7C" w:rsidRPr="00392E21" w:rsidRDefault="00015B7C">
      <w:pPr>
        <w:spacing w:after="0" w:line="20" w:lineRule="exact"/>
      </w:pPr>
    </w:p>
    <w:tbl>
      <w:tblPr>
        <w:tblW w:w="0" w:type="auto"/>
        <w:tblInd w:w="85" w:type="dxa"/>
        <w:tblBorders>
          <w:top w:val="single" w:sz="4" w:space="0" w:color="C8D8D2"/>
          <w:left w:val="single" w:sz="4" w:space="0" w:color="C8D8D2"/>
          <w:bottom w:val="single" w:sz="4" w:space="0" w:color="C8D8D2"/>
          <w:right w:val="single" w:sz="4" w:space="0" w:color="C8D8D2"/>
          <w:insideH w:val="single" w:sz="4" w:space="0" w:color="C8D8D2"/>
          <w:insideV w:val="single" w:sz="4" w:space="0" w:color="C8D8D2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530"/>
        <w:gridCol w:w="1360"/>
        <w:gridCol w:w="1417"/>
        <w:gridCol w:w="1984"/>
        <w:gridCol w:w="1417"/>
        <w:gridCol w:w="1507"/>
      </w:tblGrid>
      <w:tr w:rsidR="00015B7C" w:rsidRPr="00392E21" w14:paraId="1B4C6158" w14:textId="77777777" w:rsidTr="00924665">
        <w:tc>
          <w:tcPr>
            <w:tcW w:w="1275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EA732E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Partij</w:t>
            </w:r>
          </w:p>
        </w:tc>
        <w:tc>
          <w:tcPr>
            <w:tcW w:w="1530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518ED6" w14:textId="02C8B052" w:rsidR="00015B7C" w:rsidRPr="00392E21" w:rsidRDefault="002C011C">
            <w:pPr>
              <w:spacing w:after="0"/>
            </w:pPr>
            <w:r>
              <w:rPr>
                <w:b/>
                <w:color w:val="13294B"/>
                <w:sz w:val="13"/>
              </w:rPr>
              <w:t>Medewerkers</w:t>
            </w:r>
          </w:p>
        </w:tc>
        <w:tc>
          <w:tcPr>
            <w:tcW w:w="1360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E1B3DD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Dagelijkse leiding</w:t>
            </w:r>
          </w:p>
        </w:tc>
        <w:tc>
          <w:tcPr>
            <w:tcW w:w="1417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BDCC2D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 xml:space="preserve">Mogelijk onder </w:t>
            </w:r>
            <w:proofErr w:type="spellStart"/>
            <w:r w:rsidRPr="00392E21">
              <w:rPr>
                <w:b/>
                <w:color w:val="13294B"/>
                <w:sz w:val="13"/>
              </w:rPr>
              <w:t>Wtta</w:t>
            </w:r>
            <w:proofErr w:type="spellEnd"/>
            <w:r w:rsidRPr="00392E21">
              <w:rPr>
                <w:b/>
                <w:color w:val="13294B"/>
                <w:sz w:val="13"/>
              </w:rPr>
              <w:t>?</w:t>
            </w:r>
          </w:p>
        </w:tc>
        <w:tc>
          <w:tcPr>
            <w:tcW w:w="1984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4E983E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Waarom wel / niet / twijfel?</w:t>
            </w:r>
          </w:p>
        </w:tc>
        <w:tc>
          <w:tcPr>
            <w:tcW w:w="1417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334E59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Leverancier voorbereid?</w:t>
            </w:r>
          </w:p>
        </w:tc>
        <w:tc>
          <w:tcPr>
            <w:tcW w:w="1507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51A5A5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Eigenaar</w:t>
            </w:r>
          </w:p>
        </w:tc>
      </w:tr>
      <w:tr w:rsidR="00015B7C" w:rsidRPr="00392E21" w14:paraId="0DB74734" w14:textId="77777777" w:rsidTr="00924665">
        <w:tc>
          <w:tcPr>
            <w:tcW w:w="127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C3F1B7F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Uitzendbureau A</w:t>
            </w:r>
          </w:p>
        </w:tc>
        <w:tc>
          <w:tcPr>
            <w:tcW w:w="153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0ECF9E" w14:textId="6820DD4E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Productiemedewerker</w:t>
            </w:r>
          </w:p>
        </w:tc>
        <w:tc>
          <w:tcPr>
            <w:tcW w:w="13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3FE399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Wij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0B4085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Ja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B7034A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Dagelijkse aansturing door ons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05E09C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Ja / nee</w:t>
            </w:r>
          </w:p>
        </w:tc>
        <w:tc>
          <w:tcPr>
            <w:tcW w:w="150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869962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HR</w:t>
            </w:r>
          </w:p>
        </w:tc>
      </w:tr>
      <w:tr w:rsidR="00015B7C" w:rsidRPr="00392E21" w14:paraId="64A54081" w14:textId="77777777" w:rsidTr="00924665">
        <w:tc>
          <w:tcPr>
            <w:tcW w:w="127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336072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Detacheerder B</w:t>
            </w:r>
          </w:p>
        </w:tc>
        <w:tc>
          <w:tcPr>
            <w:tcW w:w="153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D07C4FE" w14:textId="0000078F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IT-specialist</w:t>
            </w:r>
          </w:p>
        </w:tc>
        <w:tc>
          <w:tcPr>
            <w:tcW w:w="13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1CF400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Wij / leverancier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C998E4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Uitzoeken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FB2417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Aansturing niet duidelijk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A46835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Ja / nee</w:t>
            </w:r>
          </w:p>
        </w:tc>
        <w:tc>
          <w:tcPr>
            <w:tcW w:w="150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A3EC1FF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HR / Inkoop</w:t>
            </w:r>
          </w:p>
        </w:tc>
      </w:tr>
      <w:tr w:rsidR="00015B7C" w:rsidRPr="00392E21" w14:paraId="59E14ECC" w14:textId="77777777" w:rsidTr="00924665">
        <w:tc>
          <w:tcPr>
            <w:tcW w:w="127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A89225" w14:textId="77777777" w:rsidR="00015B7C" w:rsidRPr="00392E21" w:rsidRDefault="00015B7C">
            <w:pPr>
              <w:spacing w:after="0"/>
            </w:pPr>
          </w:p>
        </w:tc>
        <w:tc>
          <w:tcPr>
            <w:tcW w:w="153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7FB63E5" w14:textId="77777777" w:rsidR="00015B7C" w:rsidRPr="00392E21" w:rsidRDefault="00015B7C">
            <w:pPr>
              <w:spacing w:after="0"/>
            </w:pPr>
          </w:p>
        </w:tc>
        <w:tc>
          <w:tcPr>
            <w:tcW w:w="13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34027C" w14:textId="77777777" w:rsidR="00015B7C" w:rsidRPr="00392E21" w:rsidRDefault="00015B7C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503507" w14:textId="77777777" w:rsidR="00015B7C" w:rsidRPr="00392E21" w:rsidRDefault="00015B7C">
            <w:pPr>
              <w:spacing w:after="0"/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0F0930" w14:textId="77777777" w:rsidR="00015B7C" w:rsidRPr="00392E21" w:rsidRDefault="00015B7C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E04065" w14:textId="77777777" w:rsidR="00015B7C" w:rsidRPr="00392E21" w:rsidRDefault="00015B7C">
            <w:pPr>
              <w:spacing w:after="0"/>
            </w:pPr>
          </w:p>
        </w:tc>
        <w:tc>
          <w:tcPr>
            <w:tcW w:w="150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1320E2" w14:textId="77777777" w:rsidR="00015B7C" w:rsidRPr="00392E21" w:rsidRDefault="00015B7C">
            <w:pPr>
              <w:spacing w:after="0"/>
            </w:pPr>
          </w:p>
        </w:tc>
      </w:tr>
      <w:tr w:rsidR="00055544" w:rsidRPr="00392E21" w14:paraId="6F157086" w14:textId="77777777" w:rsidTr="00924665">
        <w:tc>
          <w:tcPr>
            <w:tcW w:w="127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F8E706" w14:textId="77777777" w:rsidR="00055544" w:rsidRPr="00392E21" w:rsidRDefault="00055544">
            <w:pPr>
              <w:spacing w:after="0"/>
            </w:pPr>
          </w:p>
        </w:tc>
        <w:tc>
          <w:tcPr>
            <w:tcW w:w="153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C3A88C" w14:textId="77777777" w:rsidR="00055544" w:rsidRPr="00392E21" w:rsidRDefault="00055544">
            <w:pPr>
              <w:spacing w:after="0"/>
            </w:pPr>
          </w:p>
        </w:tc>
        <w:tc>
          <w:tcPr>
            <w:tcW w:w="13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25D4C2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5FDE67" w14:textId="77777777" w:rsidR="00055544" w:rsidRPr="00392E21" w:rsidRDefault="00055544">
            <w:pPr>
              <w:spacing w:after="0"/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EE42402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462DAD" w14:textId="77777777" w:rsidR="00055544" w:rsidRPr="00392E21" w:rsidRDefault="00055544">
            <w:pPr>
              <w:spacing w:after="0"/>
            </w:pPr>
          </w:p>
        </w:tc>
        <w:tc>
          <w:tcPr>
            <w:tcW w:w="150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533498" w14:textId="77777777" w:rsidR="00055544" w:rsidRPr="00392E21" w:rsidRDefault="00055544">
            <w:pPr>
              <w:spacing w:after="0"/>
            </w:pPr>
          </w:p>
        </w:tc>
      </w:tr>
      <w:tr w:rsidR="00055544" w:rsidRPr="00392E21" w14:paraId="2E279613" w14:textId="77777777" w:rsidTr="00924665">
        <w:tc>
          <w:tcPr>
            <w:tcW w:w="127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C6FA8C5" w14:textId="77777777" w:rsidR="00055544" w:rsidRPr="00392E21" w:rsidRDefault="00055544">
            <w:pPr>
              <w:spacing w:after="0"/>
            </w:pPr>
          </w:p>
        </w:tc>
        <w:tc>
          <w:tcPr>
            <w:tcW w:w="153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AA80F5" w14:textId="77777777" w:rsidR="00055544" w:rsidRPr="00392E21" w:rsidRDefault="00055544">
            <w:pPr>
              <w:spacing w:after="0"/>
            </w:pPr>
          </w:p>
        </w:tc>
        <w:tc>
          <w:tcPr>
            <w:tcW w:w="13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22065B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5A9240" w14:textId="77777777" w:rsidR="00055544" w:rsidRPr="00392E21" w:rsidRDefault="00055544">
            <w:pPr>
              <w:spacing w:after="0"/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A955C6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4C736E" w14:textId="77777777" w:rsidR="00055544" w:rsidRPr="00392E21" w:rsidRDefault="00055544">
            <w:pPr>
              <w:spacing w:after="0"/>
            </w:pPr>
          </w:p>
        </w:tc>
        <w:tc>
          <w:tcPr>
            <w:tcW w:w="150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F52F62" w14:textId="77777777" w:rsidR="00055544" w:rsidRPr="00392E21" w:rsidRDefault="00055544">
            <w:pPr>
              <w:spacing w:after="0"/>
            </w:pPr>
          </w:p>
        </w:tc>
      </w:tr>
      <w:tr w:rsidR="00055544" w:rsidRPr="00392E21" w14:paraId="2574FE9F" w14:textId="77777777" w:rsidTr="00924665">
        <w:tc>
          <w:tcPr>
            <w:tcW w:w="127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C6432AD" w14:textId="77777777" w:rsidR="00055544" w:rsidRPr="00392E21" w:rsidRDefault="00055544">
            <w:pPr>
              <w:spacing w:after="0"/>
            </w:pPr>
          </w:p>
        </w:tc>
        <w:tc>
          <w:tcPr>
            <w:tcW w:w="153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F8EB72" w14:textId="77777777" w:rsidR="00055544" w:rsidRPr="00392E21" w:rsidRDefault="00055544">
            <w:pPr>
              <w:spacing w:after="0"/>
            </w:pPr>
          </w:p>
        </w:tc>
        <w:tc>
          <w:tcPr>
            <w:tcW w:w="136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6D2AAA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0A82B8" w14:textId="77777777" w:rsidR="00055544" w:rsidRPr="00392E21" w:rsidRDefault="00055544">
            <w:pPr>
              <w:spacing w:after="0"/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4580D8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C6CBA8E" w14:textId="77777777" w:rsidR="00055544" w:rsidRPr="00392E21" w:rsidRDefault="00055544">
            <w:pPr>
              <w:spacing w:after="0"/>
            </w:pPr>
          </w:p>
        </w:tc>
        <w:tc>
          <w:tcPr>
            <w:tcW w:w="150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3DBC7E" w14:textId="77777777" w:rsidR="00055544" w:rsidRPr="00392E21" w:rsidRDefault="00055544">
            <w:pPr>
              <w:spacing w:after="0"/>
            </w:pPr>
          </w:p>
        </w:tc>
      </w:tr>
    </w:tbl>
    <w:p w14:paraId="3398DA00" w14:textId="77777777" w:rsidR="00015B7C" w:rsidRPr="00392E21" w:rsidRDefault="00015B7C">
      <w:pPr>
        <w:spacing w:after="0" w:line="20" w:lineRule="exact"/>
      </w:pPr>
    </w:p>
    <w:tbl>
      <w:tblPr>
        <w:tblW w:w="0" w:type="auto"/>
        <w:tblInd w:w="85" w:type="dxa"/>
        <w:tblBorders>
          <w:top w:val="single" w:sz="4" w:space="0" w:color="C8D8D2"/>
          <w:left w:val="single" w:sz="4" w:space="0" w:color="C8D8D2"/>
          <w:bottom w:val="single" w:sz="4" w:space="0" w:color="C8D8D2"/>
          <w:right w:val="single" w:sz="4" w:space="0" w:color="C8D8D2"/>
          <w:insideH w:val="single" w:sz="4" w:space="0" w:color="C8D8D2"/>
          <w:insideV w:val="single" w:sz="4" w:space="0" w:color="C8D8D2"/>
        </w:tblBorders>
        <w:tblLook w:val="04A0" w:firstRow="1" w:lastRow="0" w:firstColumn="1" w:lastColumn="0" w:noHBand="0" w:noVBand="1"/>
      </w:tblPr>
      <w:tblGrid>
        <w:gridCol w:w="10461"/>
      </w:tblGrid>
      <w:tr w:rsidR="00015B7C" w:rsidRPr="00392E21" w14:paraId="598D0292" w14:textId="77777777" w:rsidTr="00924665">
        <w:tc>
          <w:tcPr>
            <w:tcW w:w="10461" w:type="dxa"/>
            <w:shd w:val="clear" w:color="auto" w:fill="F6F9F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F00F70" w14:textId="14763128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 xml:space="preserve">De belangrijkste vraag is niet hoe het contract heet, maar hoe er in de praktijk wordt gewerkt: worden arbeidskrachten tegen </w:t>
            </w:r>
            <w:r w:rsidRPr="00C43033">
              <w:rPr>
                <w:b/>
                <w:bCs/>
                <w:color w:val="2BAC6E"/>
                <w:sz w:val="13"/>
              </w:rPr>
              <w:t>vergoeding</w:t>
            </w:r>
            <w:r w:rsidRPr="00C43033">
              <w:rPr>
                <w:color w:val="2BAC6E"/>
                <w:sz w:val="13"/>
              </w:rPr>
              <w:t xml:space="preserve"> </w:t>
            </w:r>
            <w:r w:rsidRPr="00392E21">
              <w:rPr>
                <w:color w:val="25313C"/>
                <w:sz w:val="13"/>
              </w:rPr>
              <w:t xml:space="preserve">aan jouw organisatie beschikbaar gesteld en werken zij </w:t>
            </w:r>
            <w:r w:rsidRPr="00C43033">
              <w:rPr>
                <w:b/>
                <w:bCs/>
                <w:color w:val="2BAC6E"/>
                <w:sz w:val="13"/>
              </w:rPr>
              <w:t>onder jouw leiding en toezicht</w:t>
            </w:r>
            <w:r w:rsidRPr="00392E21">
              <w:rPr>
                <w:color w:val="25313C"/>
                <w:sz w:val="13"/>
              </w:rPr>
              <w:t>?</w:t>
            </w:r>
            <w:r w:rsidRPr="00392E21">
              <w:rPr>
                <w:color w:val="25313C"/>
                <w:sz w:val="13"/>
              </w:rPr>
              <w:br/>
            </w:r>
            <w:r w:rsidRPr="00392E21">
              <w:rPr>
                <w:color w:val="25313C"/>
                <w:sz w:val="13"/>
              </w:rPr>
              <w:br/>
              <w:t>Twijfel je? Markeer de relatie als uitzoeken</w:t>
            </w:r>
            <w:r w:rsidR="00C43033">
              <w:rPr>
                <w:color w:val="25313C"/>
                <w:sz w:val="13"/>
              </w:rPr>
              <w:t>,</w:t>
            </w:r>
            <w:r w:rsidRPr="00392E21">
              <w:rPr>
                <w:color w:val="25313C"/>
                <w:sz w:val="13"/>
              </w:rPr>
              <w:t xml:space="preserve"> noteer waarom</w:t>
            </w:r>
            <w:r w:rsidR="00C43033">
              <w:rPr>
                <w:color w:val="25313C"/>
                <w:sz w:val="13"/>
              </w:rPr>
              <w:t xml:space="preserve"> je twijfelt en zorg dat tijdig wordt uitgezocht of de inlening onder de </w:t>
            </w:r>
            <w:proofErr w:type="spellStart"/>
            <w:r w:rsidR="00C43033">
              <w:rPr>
                <w:color w:val="25313C"/>
                <w:sz w:val="13"/>
              </w:rPr>
              <w:t>Wtta</w:t>
            </w:r>
            <w:proofErr w:type="spellEnd"/>
            <w:r w:rsidR="00C43033">
              <w:rPr>
                <w:color w:val="25313C"/>
                <w:sz w:val="13"/>
              </w:rPr>
              <w:t xml:space="preserve"> valt.</w:t>
            </w:r>
          </w:p>
        </w:tc>
      </w:tr>
    </w:tbl>
    <w:p w14:paraId="11A86E70" w14:textId="77777777" w:rsidR="00015B7C" w:rsidRPr="00392E21" w:rsidRDefault="00015B7C">
      <w:pPr>
        <w:spacing w:after="0" w:line="60" w:lineRule="exact"/>
      </w:pPr>
    </w:p>
    <w:tbl>
      <w:tblPr>
        <w:tblW w:w="0" w:type="auto"/>
        <w:tblInd w:w="50" w:type="dxa"/>
        <w:shd w:val="clear" w:color="auto" w:fill="2BAC6E"/>
        <w:tblLayout w:type="fixed"/>
        <w:tblLook w:val="04A0" w:firstRow="1" w:lastRow="0" w:firstColumn="1" w:lastColumn="0" w:noHBand="0" w:noVBand="1"/>
      </w:tblPr>
      <w:tblGrid>
        <w:gridCol w:w="709"/>
        <w:gridCol w:w="9787"/>
      </w:tblGrid>
      <w:tr w:rsidR="00015B7C" w:rsidRPr="00392E21" w14:paraId="0F975A8F" w14:textId="77777777" w:rsidTr="002B2B23">
        <w:tc>
          <w:tcPr>
            <w:tcW w:w="709" w:type="dxa"/>
            <w:shd w:val="clear" w:color="auto" w:fill="2BAC6E"/>
            <w:tcMar>
              <w:top w:w="85" w:type="dxa"/>
              <w:left w:w="50" w:type="dxa"/>
              <w:bottom w:w="85" w:type="dxa"/>
              <w:right w:w="50" w:type="dxa"/>
            </w:tcMar>
            <w:vAlign w:val="center"/>
          </w:tcPr>
          <w:p w14:paraId="05A17889" w14:textId="77777777" w:rsidR="00015B7C" w:rsidRPr="00392E21" w:rsidRDefault="00000000">
            <w:pPr>
              <w:spacing w:after="0"/>
              <w:jc w:val="center"/>
            </w:pPr>
            <w:r w:rsidRPr="00392E21">
              <w:rPr>
                <w:b/>
                <w:color w:val="FFFFFF"/>
                <w:sz w:val="26"/>
              </w:rPr>
              <w:t>2</w:t>
            </w:r>
          </w:p>
        </w:tc>
        <w:tc>
          <w:tcPr>
            <w:tcW w:w="9787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99DBF0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22"/>
              </w:rPr>
              <w:t>Lenen we zelf mensen uit?</w:t>
            </w:r>
            <w:r w:rsidRPr="00392E21">
              <w:br/>
            </w:r>
            <w:r w:rsidRPr="00392E21">
              <w:rPr>
                <w:color w:val="25313C"/>
                <w:sz w:val="14"/>
              </w:rPr>
              <w:t>Werken eigen medewerkers tijdelijk of structureel bij klanten of andere organisaties?</w:t>
            </w:r>
          </w:p>
        </w:tc>
      </w:tr>
    </w:tbl>
    <w:p w14:paraId="3C79E7A8" w14:textId="77777777" w:rsidR="00015B7C" w:rsidRPr="00392E21" w:rsidRDefault="00015B7C">
      <w:pPr>
        <w:spacing w:after="0" w:line="20" w:lineRule="exact"/>
      </w:pPr>
    </w:p>
    <w:tbl>
      <w:tblPr>
        <w:tblW w:w="0" w:type="auto"/>
        <w:tblInd w:w="85" w:type="dxa"/>
        <w:tblBorders>
          <w:top w:val="single" w:sz="4" w:space="0" w:color="C8D8D2"/>
          <w:left w:val="single" w:sz="4" w:space="0" w:color="C8D8D2"/>
          <w:bottom w:val="single" w:sz="4" w:space="0" w:color="C8D8D2"/>
          <w:right w:val="single" w:sz="4" w:space="0" w:color="C8D8D2"/>
          <w:insideH w:val="single" w:sz="4" w:space="0" w:color="C8D8D2"/>
          <w:insideV w:val="single" w:sz="4" w:space="0" w:color="C8D8D2"/>
        </w:tblBorders>
        <w:tblLayout w:type="fixed"/>
        <w:tblLook w:val="04A0" w:firstRow="1" w:lastRow="0" w:firstColumn="1" w:lastColumn="0" w:noHBand="0" w:noVBand="1"/>
      </w:tblPr>
      <w:tblGrid>
        <w:gridCol w:w="1445"/>
        <w:gridCol w:w="1417"/>
        <w:gridCol w:w="1417"/>
        <w:gridCol w:w="1417"/>
        <w:gridCol w:w="2041"/>
        <w:gridCol w:w="1134"/>
        <w:gridCol w:w="1619"/>
      </w:tblGrid>
      <w:tr w:rsidR="00015B7C" w:rsidRPr="00392E21" w14:paraId="342DC021" w14:textId="77777777" w:rsidTr="00924665">
        <w:tc>
          <w:tcPr>
            <w:tcW w:w="1445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B8EB5A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Klant / organisatie</w:t>
            </w:r>
          </w:p>
        </w:tc>
        <w:tc>
          <w:tcPr>
            <w:tcW w:w="1417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29B4EF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Medewerkers</w:t>
            </w:r>
          </w:p>
        </w:tc>
        <w:tc>
          <w:tcPr>
            <w:tcW w:w="1417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0F1B7B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Dagelijkse leiding</w:t>
            </w:r>
          </w:p>
        </w:tc>
        <w:tc>
          <w:tcPr>
            <w:tcW w:w="1417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9DEB77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 xml:space="preserve">Mogelijk onder </w:t>
            </w:r>
            <w:proofErr w:type="spellStart"/>
            <w:r w:rsidRPr="00392E21">
              <w:rPr>
                <w:b/>
                <w:color w:val="13294B"/>
                <w:sz w:val="13"/>
              </w:rPr>
              <w:t>Wtta</w:t>
            </w:r>
            <w:proofErr w:type="spellEnd"/>
            <w:r w:rsidRPr="00392E21">
              <w:rPr>
                <w:b/>
                <w:color w:val="13294B"/>
                <w:sz w:val="13"/>
              </w:rPr>
              <w:t>?</w:t>
            </w:r>
          </w:p>
        </w:tc>
        <w:tc>
          <w:tcPr>
            <w:tcW w:w="2041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5F0D66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Waarom wel / niet / twijfel?</w:t>
            </w:r>
          </w:p>
        </w:tc>
        <w:tc>
          <w:tcPr>
            <w:tcW w:w="1134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91BB5F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Route bepaald?</w:t>
            </w:r>
          </w:p>
        </w:tc>
        <w:tc>
          <w:tcPr>
            <w:tcW w:w="1619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CE29FE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Actie</w:t>
            </w:r>
          </w:p>
        </w:tc>
      </w:tr>
      <w:tr w:rsidR="00015B7C" w:rsidRPr="00392E21" w14:paraId="611BF618" w14:textId="77777777" w:rsidTr="00924665">
        <w:tc>
          <w:tcPr>
            <w:tcW w:w="144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307712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Klant A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54D984" w14:textId="1C2EBB0A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Consultant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29469E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Klant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486CE94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Uitzoeken</w:t>
            </w:r>
          </w:p>
        </w:tc>
        <w:tc>
          <w:tcPr>
            <w:tcW w:w="204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AFB990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Klant stuurt dagelijks aan</w:t>
            </w:r>
          </w:p>
        </w:tc>
        <w:tc>
          <w:tcPr>
            <w:tcW w:w="11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6EB331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Nee</w:t>
            </w:r>
          </w:p>
        </w:tc>
        <w:tc>
          <w:tcPr>
            <w:tcW w:w="161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DD052A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Beoordelen</w:t>
            </w:r>
          </w:p>
        </w:tc>
      </w:tr>
      <w:tr w:rsidR="00015B7C" w:rsidRPr="00392E21" w14:paraId="2DF98205" w14:textId="77777777" w:rsidTr="00924665">
        <w:tc>
          <w:tcPr>
            <w:tcW w:w="144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BCEEC2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Klant B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203B80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Projectteam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979217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Wij</w:t>
            </w: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CC481B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Uitzoeken</w:t>
            </w:r>
          </w:p>
        </w:tc>
        <w:tc>
          <w:tcPr>
            <w:tcW w:w="204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AF72626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Werkwijze nader bekijken</w:t>
            </w:r>
          </w:p>
        </w:tc>
        <w:tc>
          <w:tcPr>
            <w:tcW w:w="11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7F60B0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-</w:t>
            </w:r>
          </w:p>
        </w:tc>
        <w:tc>
          <w:tcPr>
            <w:tcW w:w="161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AD1487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Werkwijze beoordelen</w:t>
            </w:r>
          </w:p>
        </w:tc>
      </w:tr>
      <w:tr w:rsidR="00015B7C" w:rsidRPr="00392E21" w14:paraId="2CEB939B" w14:textId="77777777" w:rsidTr="00924665">
        <w:tc>
          <w:tcPr>
            <w:tcW w:w="144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FDC0C6" w14:textId="77777777" w:rsidR="00015B7C" w:rsidRPr="00392E21" w:rsidRDefault="00015B7C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CD9464B" w14:textId="77777777" w:rsidR="00015B7C" w:rsidRPr="00392E21" w:rsidRDefault="00015B7C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6A8754" w14:textId="77777777" w:rsidR="00015B7C" w:rsidRPr="00392E21" w:rsidRDefault="00015B7C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D6AAC8" w14:textId="77777777" w:rsidR="00015B7C" w:rsidRPr="00392E21" w:rsidRDefault="00015B7C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62B1DF" w14:textId="77777777" w:rsidR="00015B7C" w:rsidRPr="00392E21" w:rsidRDefault="00015B7C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4E6B2F" w14:textId="77777777" w:rsidR="00015B7C" w:rsidRPr="00392E21" w:rsidRDefault="00015B7C">
            <w:pPr>
              <w:spacing w:after="0"/>
            </w:pPr>
          </w:p>
        </w:tc>
        <w:tc>
          <w:tcPr>
            <w:tcW w:w="161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72EC9A" w14:textId="77777777" w:rsidR="00015B7C" w:rsidRPr="00392E21" w:rsidRDefault="00015B7C">
            <w:pPr>
              <w:spacing w:after="0"/>
            </w:pPr>
          </w:p>
        </w:tc>
      </w:tr>
      <w:tr w:rsidR="00055544" w:rsidRPr="00392E21" w14:paraId="6A5DB3D8" w14:textId="77777777" w:rsidTr="00924665">
        <w:tc>
          <w:tcPr>
            <w:tcW w:w="144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1A1135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130821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2BA6B6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A79453" w14:textId="77777777" w:rsidR="00055544" w:rsidRPr="00392E21" w:rsidRDefault="00055544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F1DF89" w14:textId="77777777" w:rsidR="00055544" w:rsidRPr="00392E21" w:rsidRDefault="00055544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196B20" w14:textId="77777777" w:rsidR="00055544" w:rsidRPr="00392E21" w:rsidRDefault="00055544">
            <w:pPr>
              <w:spacing w:after="0"/>
            </w:pPr>
          </w:p>
        </w:tc>
        <w:tc>
          <w:tcPr>
            <w:tcW w:w="161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2F9B18" w14:textId="77777777" w:rsidR="00055544" w:rsidRPr="00392E21" w:rsidRDefault="00055544">
            <w:pPr>
              <w:spacing w:after="0"/>
            </w:pPr>
          </w:p>
        </w:tc>
      </w:tr>
      <w:tr w:rsidR="00055544" w:rsidRPr="00392E21" w14:paraId="28DE9AF9" w14:textId="77777777" w:rsidTr="00924665">
        <w:tc>
          <w:tcPr>
            <w:tcW w:w="144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41B9BA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7ED768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1A8B86" w14:textId="77777777" w:rsidR="00055544" w:rsidRPr="00392E21" w:rsidRDefault="00055544">
            <w:pPr>
              <w:spacing w:after="0"/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6745E1" w14:textId="77777777" w:rsidR="00055544" w:rsidRPr="00392E21" w:rsidRDefault="00055544">
            <w:pPr>
              <w:spacing w:after="0"/>
            </w:pPr>
          </w:p>
        </w:tc>
        <w:tc>
          <w:tcPr>
            <w:tcW w:w="204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F0BD67" w14:textId="77777777" w:rsidR="00055544" w:rsidRPr="00392E21" w:rsidRDefault="00055544">
            <w:pPr>
              <w:spacing w:after="0"/>
            </w:pPr>
          </w:p>
        </w:tc>
        <w:tc>
          <w:tcPr>
            <w:tcW w:w="113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9EEB36" w14:textId="77777777" w:rsidR="00055544" w:rsidRPr="00392E21" w:rsidRDefault="00055544">
            <w:pPr>
              <w:spacing w:after="0"/>
            </w:pPr>
          </w:p>
        </w:tc>
        <w:tc>
          <w:tcPr>
            <w:tcW w:w="161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B26BCF" w14:textId="77777777" w:rsidR="00055544" w:rsidRPr="00392E21" w:rsidRDefault="00055544">
            <w:pPr>
              <w:spacing w:after="0"/>
            </w:pPr>
          </w:p>
        </w:tc>
      </w:tr>
    </w:tbl>
    <w:p w14:paraId="4168A0F8" w14:textId="77777777" w:rsidR="00924665" w:rsidRPr="00392E21" w:rsidRDefault="00924665" w:rsidP="00924665">
      <w:pPr>
        <w:spacing w:after="0" w:line="20" w:lineRule="exact"/>
      </w:pPr>
    </w:p>
    <w:tbl>
      <w:tblPr>
        <w:tblW w:w="0" w:type="auto"/>
        <w:tblInd w:w="85" w:type="dxa"/>
        <w:tblBorders>
          <w:top w:val="single" w:sz="4" w:space="0" w:color="C8D8D2"/>
          <w:left w:val="single" w:sz="4" w:space="0" w:color="C8D8D2"/>
          <w:bottom w:val="single" w:sz="4" w:space="0" w:color="C8D8D2"/>
          <w:right w:val="single" w:sz="4" w:space="0" w:color="C8D8D2"/>
          <w:insideH w:val="single" w:sz="4" w:space="0" w:color="C8D8D2"/>
          <w:insideV w:val="single" w:sz="4" w:space="0" w:color="C8D8D2"/>
        </w:tblBorders>
        <w:tblLook w:val="04A0" w:firstRow="1" w:lastRow="0" w:firstColumn="1" w:lastColumn="0" w:noHBand="0" w:noVBand="1"/>
      </w:tblPr>
      <w:tblGrid>
        <w:gridCol w:w="10461"/>
      </w:tblGrid>
      <w:tr w:rsidR="00924665" w:rsidRPr="00392E21" w14:paraId="62B45241" w14:textId="77777777" w:rsidTr="00107D70">
        <w:tc>
          <w:tcPr>
            <w:tcW w:w="10461" w:type="dxa"/>
            <w:shd w:val="clear" w:color="auto" w:fill="F6F9F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F42820" w14:textId="65DB4101" w:rsidR="00924665" w:rsidRPr="00392E21" w:rsidRDefault="00924665" w:rsidP="00107D70">
            <w:pPr>
              <w:spacing w:after="0"/>
            </w:pPr>
            <w:r w:rsidRPr="00392E21">
              <w:rPr>
                <w:b/>
                <w:color w:val="2BAC6E"/>
                <w:sz w:val="14"/>
              </w:rPr>
              <w:t>Juist hier kan het makkelijk mis gaan</w:t>
            </w:r>
            <w:r w:rsidRPr="00392E21">
              <w:rPr>
                <w:b/>
                <w:color w:val="006B52"/>
                <w:sz w:val="14"/>
              </w:rPr>
              <w:t xml:space="preserve">. </w:t>
            </w:r>
            <w:r w:rsidRPr="00392E21">
              <w:rPr>
                <w:color w:val="25313C"/>
                <w:sz w:val="14"/>
              </w:rPr>
              <w:t xml:space="preserve">Je hoeft geen uitzendbureau te zijn om met de </w:t>
            </w:r>
            <w:proofErr w:type="spellStart"/>
            <w:r w:rsidRPr="00392E21">
              <w:rPr>
                <w:color w:val="25313C"/>
                <w:sz w:val="14"/>
              </w:rPr>
              <w:t>Wtta</w:t>
            </w:r>
            <w:proofErr w:type="spellEnd"/>
            <w:r w:rsidRPr="00392E21">
              <w:rPr>
                <w:color w:val="25313C"/>
                <w:sz w:val="14"/>
              </w:rPr>
              <w:t xml:space="preserve"> te maken te krijgen.</w:t>
            </w:r>
          </w:p>
        </w:tc>
      </w:tr>
    </w:tbl>
    <w:p w14:paraId="2FC2D10E" w14:textId="128179EA" w:rsidR="00015B7C" w:rsidRPr="00924665" w:rsidRDefault="00015B7C">
      <w:pPr>
        <w:spacing w:after="60"/>
        <w:rPr>
          <w:sz w:val="4"/>
          <w:szCs w:val="10"/>
        </w:rPr>
      </w:pPr>
    </w:p>
    <w:tbl>
      <w:tblPr>
        <w:tblW w:w="0" w:type="auto"/>
        <w:tblInd w:w="50" w:type="dxa"/>
        <w:shd w:val="clear" w:color="auto" w:fill="2BAC6E"/>
        <w:tblLayout w:type="fixed"/>
        <w:tblLook w:val="04A0" w:firstRow="1" w:lastRow="0" w:firstColumn="1" w:lastColumn="0" w:noHBand="0" w:noVBand="1"/>
      </w:tblPr>
      <w:tblGrid>
        <w:gridCol w:w="709"/>
        <w:gridCol w:w="9787"/>
      </w:tblGrid>
      <w:tr w:rsidR="00015B7C" w:rsidRPr="00392E21" w14:paraId="3D9863C8" w14:textId="77777777" w:rsidTr="002B2B23">
        <w:tc>
          <w:tcPr>
            <w:tcW w:w="709" w:type="dxa"/>
            <w:shd w:val="clear" w:color="auto" w:fill="2BAC6E"/>
            <w:tcMar>
              <w:top w:w="85" w:type="dxa"/>
              <w:left w:w="50" w:type="dxa"/>
              <w:bottom w:w="85" w:type="dxa"/>
              <w:right w:w="50" w:type="dxa"/>
            </w:tcMar>
            <w:vAlign w:val="center"/>
          </w:tcPr>
          <w:p w14:paraId="5FDAD881" w14:textId="77777777" w:rsidR="00015B7C" w:rsidRPr="00392E21" w:rsidRDefault="00000000">
            <w:pPr>
              <w:spacing w:after="0"/>
              <w:jc w:val="center"/>
            </w:pPr>
            <w:r w:rsidRPr="00392E21">
              <w:rPr>
                <w:b/>
                <w:color w:val="FFFFFF"/>
                <w:sz w:val="26"/>
              </w:rPr>
              <w:t>3</w:t>
            </w:r>
          </w:p>
        </w:tc>
        <w:tc>
          <w:tcPr>
            <w:tcW w:w="9787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B0C592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22"/>
              </w:rPr>
              <w:t xml:space="preserve">Wie </w:t>
            </w:r>
            <w:r w:rsidRPr="00392E21">
              <w:rPr>
                <w:b/>
                <w:color w:val="13294B"/>
                <w:sz w:val="22"/>
                <w:shd w:val="clear" w:color="auto" w:fill="FFFFFF" w:themeFill="background1"/>
              </w:rPr>
              <w:t>doet wat vóór wanneer?</w:t>
            </w:r>
            <w:r w:rsidRPr="00392E21">
              <w:rPr>
                <w:shd w:val="clear" w:color="auto" w:fill="FFFFFF" w:themeFill="background1"/>
              </w:rPr>
              <w:br/>
            </w:r>
            <w:r w:rsidRPr="00392E21">
              <w:rPr>
                <w:color w:val="25313C"/>
                <w:sz w:val="14"/>
                <w:shd w:val="clear" w:color="auto" w:fill="FFFFFF" w:themeFill="background1"/>
              </w:rPr>
              <w:t>Zet alleen acties op de lijst die voor jouw organisatie daadwerkelijk relevant zijn</w:t>
            </w:r>
            <w:r w:rsidRPr="00392E21">
              <w:rPr>
                <w:color w:val="25313C"/>
                <w:sz w:val="14"/>
              </w:rPr>
              <w:t>.</w:t>
            </w:r>
          </w:p>
        </w:tc>
      </w:tr>
    </w:tbl>
    <w:p w14:paraId="1A38BF28" w14:textId="77777777" w:rsidR="00015B7C" w:rsidRPr="00392E21" w:rsidRDefault="00015B7C">
      <w:pPr>
        <w:spacing w:after="0" w:line="20" w:lineRule="exact"/>
      </w:pPr>
    </w:p>
    <w:tbl>
      <w:tblPr>
        <w:tblW w:w="0" w:type="auto"/>
        <w:tblInd w:w="85" w:type="dxa"/>
        <w:tblBorders>
          <w:top w:val="single" w:sz="4" w:space="0" w:color="C8D8D2"/>
          <w:left w:val="single" w:sz="4" w:space="0" w:color="C8D8D2"/>
          <w:bottom w:val="single" w:sz="4" w:space="0" w:color="C8D8D2"/>
          <w:right w:val="single" w:sz="4" w:space="0" w:color="C8D8D2"/>
          <w:insideH w:val="single" w:sz="4" w:space="0" w:color="C8D8D2"/>
          <w:insideV w:val="single" w:sz="4" w:space="0" w:color="C8D8D2"/>
        </w:tblBorders>
        <w:tblLayout w:type="fixed"/>
        <w:tblLook w:val="04A0" w:firstRow="1" w:lastRow="0" w:firstColumn="1" w:lastColumn="0" w:noHBand="0" w:noVBand="1"/>
      </w:tblPr>
      <w:tblGrid>
        <w:gridCol w:w="5131"/>
        <w:gridCol w:w="1984"/>
        <w:gridCol w:w="2154"/>
        <w:gridCol w:w="1221"/>
      </w:tblGrid>
      <w:tr w:rsidR="00015B7C" w:rsidRPr="00392E21" w14:paraId="0419B292" w14:textId="77777777" w:rsidTr="00924665">
        <w:tc>
          <w:tcPr>
            <w:tcW w:w="5131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0A30A9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Actie</w:t>
            </w:r>
          </w:p>
        </w:tc>
        <w:tc>
          <w:tcPr>
            <w:tcW w:w="1984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F96FAE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Wie?</w:t>
            </w:r>
          </w:p>
        </w:tc>
        <w:tc>
          <w:tcPr>
            <w:tcW w:w="2154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3E2719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Uiterlijk wanneer?</w:t>
            </w:r>
          </w:p>
        </w:tc>
        <w:tc>
          <w:tcPr>
            <w:tcW w:w="1221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6ECF76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13294B"/>
                <w:sz w:val="13"/>
              </w:rPr>
              <w:t>Gereed?</w:t>
            </w:r>
          </w:p>
        </w:tc>
      </w:tr>
      <w:tr w:rsidR="00015B7C" w:rsidRPr="00392E21" w14:paraId="1851C4FD" w14:textId="77777777" w:rsidTr="00924665">
        <w:tc>
          <w:tcPr>
            <w:tcW w:w="51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E43034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Alle inleenrelaties inventariseren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1A1854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HR / Inkoop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241566" w14:textId="77777777" w:rsidR="00015B7C" w:rsidRPr="00392E21" w:rsidRDefault="00015B7C">
            <w:pPr>
              <w:spacing w:after="0"/>
            </w:pPr>
          </w:p>
        </w:tc>
        <w:tc>
          <w:tcPr>
            <w:tcW w:w="12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55BD72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☐</w:t>
            </w:r>
          </w:p>
        </w:tc>
      </w:tr>
      <w:tr w:rsidR="00015B7C" w:rsidRPr="00392E21" w14:paraId="205DAC54" w14:textId="77777777" w:rsidTr="00924665">
        <w:tc>
          <w:tcPr>
            <w:tcW w:w="51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3FEDA15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Alle uitleenrelaties inventariseren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30105A3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HR / Directie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4205EC" w14:textId="77777777" w:rsidR="00015B7C" w:rsidRPr="00392E21" w:rsidRDefault="00015B7C">
            <w:pPr>
              <w:spacing w:after="0"/>
            </w:pPr>
          </w:p>
        </w:tc>
        <w:tc>
          <w:tcPr>
            <w:tcW w:w="12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4EA020F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☐</w:t>
            </w:r>
          </w:p>
        </w:tc>
      </w:tr>
      <w:tr w:rsidR="00015B7C" w:rsidRPr="00392E21" w14:paraId="11F7012B" w14:textId="77777777" w:rsidTr="00924665">
        <w:tc>
          <w:tcPr>
            <w:tcW w:w="51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A8D2CE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Twijfelgevallen juridisch beoordelen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ABFCD5" w14:textId="77777777" w:rsidR="00015B7C" w:rsidRPr="00392E21" w:rsidRDefault="00015B7C">
            <w:pPr>
              <w:spacing w:after="0"/>
            </w:pP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0F429C" w14:textId="77777777" w:rsidR="00015B7C" w:rsidRPr="00392E21" w:rsidRDefault="00015B7C">
            <w:pPr>
              <w:spacing w:after="0"/>
            </w:pPr>
          </w:p>
        </w:tc>
        <w:tc>
          <w:tcPr>
            <w:tcW w:w="12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7B1C3C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☐</w:t>
            </w:r>
          </w:p>
        </w:tc>
      </w:tr>
      <w:tr w:rsidR="00015B7C" w:rsidRPr="00392E21" w14:paraId="6C5446DD" w14:textId="77777777" w:rsidTr="00924665">
        <w:tc>
          <w:tcPr>
            <w:tcW w:w="51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F47A27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Voorbereiding leveranciers bespreken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FF1876" w14:textId="77777777" w:rsidR="00015B7C" w:rsidRPr="00392E21" w:rsidRDefault="00015B7C">
            <w:pPr>
              <w:spacing w:after="0"/>
            </w:pP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5A4F17" w14:textId="77777777" w:rsidR="00015B7C" w:rsidRPr="00392E21" w:rsidRDefault="00015B7C">
            <w:pPr>
              <w:spacing w:after="0"/>
            </w:pPr>
          </w:p>
        </w:tc>
        <w:tc>
          <w:tcPr>
            <w:tcW w:w="12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9918AB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☐</w:t>
            </w:r>
          </w:p>
        </w:tc>
      </w:tr>
      <w:tr w:rsidR="00015B7C" w:rsidRPr="00392E21" w14:paraId="403882BD" w14:textId="77777777" w:rsidTr="00924665">
        <w:tc>
          <w:tcPr>
            <w:tcW w:w="51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2F77F4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Indien nodig overgangsregeling voorbereiden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19CC97" w14:textId="77777777" w:rsidR="00015B7C" w:rsidRPr="00392E21" w:rsidRDefault="00015B7C">
            <w:pPr>
              <w:spacing w:after="0"/>
            </w:pP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CAADED" w14:textId="77777777" w:rsidR="00015B7C" w:rsidRPr="00392E21" w:rsidRDefault="00015B7C">
            <w:pPr>
              <w:spacing w:after="0"/>
            </w:pPr>
          </w:p>
        </w:tc>
        <w:tc>
          <w:tcPr>
            <w:tcW w:w="12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7F143E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☐</w:t>
            </w:r>
          </w:p>
        </w:tc>
      </w:tr>
      <w:tr w:rsidR="00015B7C" w:rsidRPr="00392E21" w14:paraId="570ADE2B" w14:textId="77777777" w:rsidTr="00924665">
        <w:tc>
          <w:tcPr>
            <w:tcW w:w="51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FC5BEF" w14:textId="77777777" w:rsidR="00015B7C" w:rsidRPr="00392E21" w:rsidRDefault="00000000">
            <w:pPr>
              <w:spacing w:after="0"/>
            </w:pPr>
            <w:proofErr w:type="spellStart"/>
            <w:r w:rsidRPr="00392E21">
              <w:rPr>
                <w:color w:val="25313C"/>
                <w:sz w:val="13"/>
              </w:rPr>
              <w:t>eHerkenning</w:t>
            </w:r>
            <w:proofErr w:type="spellEnd"/>
            <w:r w:rsidRPr="00392E21">
              <w:rPr>
                <w:color w:val="25313C"/>
                <w:sz w:val="13"/>
              </w:rPr>
              <w:t xml:space="preserve"> en benodigde voorzieningen regelen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5FC068" w14:textId="77777777" w:rsidR="00015B7C" w:rsidRPr="00392E21" w:rsidRDefault="00015B7C">
            <w:pPr>
              <w:spacing w:after="0"/>
            </w:pP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6534CB" w14:textId="77777777" w:rsidR="00015B7C" w:rsidRPr="00392E21" w:rsidRDefault="00015B7C">
            <w:pPr>
              <w:spacing w:after="0"/>
            </w:pPr>
          </w:p>
        </w:tc>
        <w:tc>
          <w:tcPr>
            <w:tcW w:w="12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A70F82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☐</w:t>
            </w:r>
          </w:p>
        </w:tc>
      </w:tr>
      <w:tr w:rsidR="00015B7C" w:rsidRPr="00392E21" w14:paraId="17A8C24C" w14:textId="77777777" w:rsidTr="00924665">
        <w:tc>
          <w:tcPr>
            <w:tcW w:w="51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F9FFB2" w14:textId="16988E25" w:rsidR="00015B7C" w:rsidRPr="00392E21" w:rsidRDefault="002B2B23">
            <w:pPr>
              <w:spacing w:after="0"/>
            </w:pPr>
            <w:r>
              <w:rPr>
                <w:color w:val="25313C"/>
                <w:sz w:val="13"/>
              </w:rPr>
              <w:t>Toelatingsroute bepalen en aanvraag voorbereiden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FD334F7" w14:textId="77777777" w:rsidR="00015B7C" w:rsidRPr="00392E21" w:rsidRDefault="00015B7C">
            <w:pPr>
              <w:spacing w:after="0"/>
            </w:pP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A3D7BF" w14:textId="77777777" w:rsidR="00015B7C" w:rsidRPr="00392E21" w:rsidRDefault="00015B7C">
            <w:pPr>
              <w:spacing w:after="0"/>
            </w:pPr>
          </w:p>
        </w:tc>
        <w:tc>
          <w:tcPr>
            <w:tcW w:w="12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98A96E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☐</w:t>
            </w:r>
          </w:p>
        </w:tc>
      </w:tr>
      <w:tr w:rsidR="00015B7C" w:rsidRPr="00392E21" w14:paraId="7A079381" w14:textId="77777777" w:rsidTr="00924665">
        <w:tc>
          <w:tcPr>
            <w:tcW w:w="51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328F36" w14:textId="77777777" w:rsidR="00015B7C" w:rsidRPr="00392E21" w:rsidRDefault="00000000">
            <w:pPr>
              <w:spacing w:after="0"/>
            </w:pPr>
            <w:proofErr w:type="spellStart"/>
            <w:r w:rsidRPr="00392E21">
              <w:rPr>
                <w:color w:val="25313C"/>
                <w:sz w:val="13"/>
              </w:rPr>
              <w:t>Wtta</w:t>
            </w:r>
            <w:proofErr w:type="spellEnd"/>
            <w:r w:rsidRPr="00392E21">
              <w:rPr>
                <w:color w:val="25313C"/>
                <w:sz w:val="13"/>
              </w:rPr>
              <w:t>-controle opnemen in vast inhuur- en uitleenproces</w:t>
            </w: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ACEDE5" w14:textId="77777777" w:rsidR="00015B7C" w:rsidRPr="00392E21" w:rsidRDefault="00015B7C">
            <w:pPr>
              <w:spacing w:after="0"/>
            </w:pP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2F5DE1" w14:textId="77777777" w:rsidR="00015B7C" w:rsidRPr="00392E21" w:rsidRDefault="00015B7C">
            <w:pPr>
              <w:spacing w:after="0"/>
            </w:pPr>
          </w:p>
        </w:tc>
        <w:tc>
          <w:tcPr>
            <w:tcW w:w="122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316BF5" w14:textId="77777777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3"/>
              </w:rPr>
              <w:t>☐</w:t>
            </w:r>
          </w:p>
        </w:tc>
      </w:tr>
    </w:tbl>
    <w:p w14:paraId="0FB2C596" w14:textId="77777777" w:rsidR="00015B7C" w:rsidRPr="00392E21" w:rsidRDefault="00015B7C">
      <w:pPr>
        <w:spacing w:after="0" w:line="60" w:lineRule="exact"/>
      </w:pPr>
    </w:p>
    <w:tbl>
      <w:tblPr>
        <w:tblW w:w="0" w:type="auto"/>
        <w:tblInd w:w="85" w:type="dxa"/>
        <w:tblBorders>
          <w:top w:val="single" w:sz="6" w:space="0" w:color="006B52"/>
          <w:left w:val="single" w:sz="6" w:space="0" w:color="006B52"/>
          <w:bottom w:val="single" w:sz="6" w:space="0" w:color="006B52"/>
          <w:right w:val="single" w:sz="6" w:space="0" w:color="006B52"/>
          <w:insideH w:val="single" w:sz="6" w:space="0" w:color="006B52"/>
          <w:insideV w:val="single" w:sz="6" w:space="0" w:color="006B52"/>
        </w:tblBorders>
        <w:tblLook w:val="04A0" w:firstRow="1" w:lastRow="0" w:firstColumn="1" w:lastColumn="0" w:noHBand="0" w:noVBand="1"/>
      </w:tblPr>
      <w:tblGrid>
        <w:gridCol w:w="10461"/>
      </w:tblGrid>
      <w:tr w:rsidR="00015B7C" w:rsidRPr="00392E21" w14:paraId="78A60B13" w14:textId="77777777" w:rsidTr="00924665">
        <w:tc>
          <w:tcPr>
            <w:tcW w:w="10461" w:type="dxa"/>
            <w:shd w:val="clear" w:color="auto" w:fill="2BAC6E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52B992" w14:textId="77777777" w:rsidR="00015B7C" w:rsidRPr="00392E21" w:rsidRDefault="00000000">
            <w:pPr>
              <w:spacing w:after="0"/>
            </w:pPr>
            <w:r w:rsidRPr="00392E21">
              <w:rPr>
                <w:b/>
                <w:color w:val="FFFFFF"/>
              </w:rPr>
              <w:t>KLAAR? TEST DAN JE PROCES</w:t>
            </w:r>
          </w:p>
        </w:tc>
      </w:tr>
      <w:tr w:rsidR="00015B7C" w:rsidRPr="00392E21" w14:paraId="4DEE27EB" w14:textId="77777777" w:rsidTr="00924665">
        <w:tc>
          <w:tcPr>
            <w:tcW w:w="10461" w:type="dxa"/>
            <w:shd w:val="clear" w:color="auto" w:fill="EAF3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503CD78" w14:textId="479EDA58" w:rsidR="00015B7C" w:rsidRPr="00392E21" w:rsidRDefault="00000000">
            <w:pPr>
              <w:spacing w:after="0"/>
            </w:pPr>
            <w:r w:rsidRPr="00392E21">
              <w:rPr>
                <w:color w:val="25313C"/>
                <w:sz w:val="14"/>
              </w:rPr>
              <w:t xml:space="preserve">Als morgen een nieuwe detacheerder wordt ingeschakeld óf de status van een bestaande leverancier verandert, zorgt jullie proces er dan voor dat iemand dit tijdig </w:t>
            </w:r>
            <w:r w:rsidR="002C011C">
              <w:rPr>
                <w:color w:val="25313C"/>
                <w:sz w:val="14"/>
              </w:rPr>
              <w:t xml:space="preserve">signaleert, </w:t>
            </w:r>
            <w:r w:rsidRPr="00392E21">
              <w:rPr>
                <w:color w:val="25313C"/>
                <w:sz w:val="14"/>
              </w:rPr>
              <w:t>controleert en actie onderneemt?</w:t>
            </w:r>
            <w:r w:rsidRPr="00392E21">
              <w:rPr>
                <w:color w:val="25313C"/>
                <w:sz w:val="14"/>
              </w:rPr>
              <w:br/>
            </w:r>
            <w:r w:rsidRPr="00392E21">
              <w:rPr>
                <w:color w:val="25313C"/>
                <w:sz w:val="14"/>
              </w:rPr>
              <w:br/>
              <w:t xml:space="preserve">Is het antwoord </w:t>
            </w:r>
            <w:r w:rsidRPr="00924665">
              <w:rPr>
                <w:b/>
                <w:bCs/>
                <w:color w:val="2BAC6E"/>
                <w:sz w:val="14"/>
              </w:rPr>
              <w:t>nee</w:t>
            </w:r>
            <w:r w:rsidRPr="00392E21">
              <w:rPr>
                <w:color w:val="25313C"/>
                <w:sz w:val="14"/>
              </w:rPr>
              <w:t xml:space="preserve">? Dan zit daar waarschijnlijk je </w:t>
            </w:r>
            <w:r w:rsidRPr="00C43033">
              <w:rPr>
                <w:b/>
                <w:bCs/>
                <w:color w:val="2BAC6E"/>
                <w:sz w:val="14"/>
              </w:rPr>
              <w:t>belangrijkste vervolgstap</w:t>
            </w:r>
            <w:r w:rsidRPr="00392E21">
              <w:rPr>
                <w:color w:val="25313C"/>
                <w:sz w:val="14"/>
              </w:rPr>
              <w:t>.</w:t>
            </w:r>
          </w:p>
        </w:tc>
      </w:tr>
    </w:tbl>
    <w:p w14:paraId="447E4C78" w14:textId="608732C9" w:rsidR="00015B7C" w:rsidRPr="00055544" w:rsidRDefault="00000000">
      <w:pPr>
        <w:spacing w:before="40" w:after="0"/>
      </w:pPr>
      <w:r w:rsidRPr="00392E21">
        <w:rPr>
          <w:color w:val="65756F"/>
          <w:sz w:val="11"/>
        </w:rPr>
        <w:t xml:space="preserve">Eerste inventarisatie </w:t>
      </w:r>
      <w:r w:rsidR="00C43033">
        <w:rPr>
          <w:color w:val="65756F"/>
          <w:sz w:val="11"/>
        </w:rPr>
        <w:t xml:space="preserve">| Hieraan kunnen geen rechten worden ontleend. </w:t>
      </w:r>
      <w:r w:rsidRPr="00392E21">
        <w:rPr>
          <w:color w:val="65756F"/>
          <w:sz w:val="11"/>
        </w:rPr>
        <w:t>| Bij twijfel over kwalificatie of toelatingsroute is juridische beoordeling nodig.</w:t>
      </w:r>
    </w:p>
    <w:sectPr w:rsidR="00015B7C" w:rsidRPr="00055544" w:rsidSect="00034616">
      <w:pgSz w:w="11906" w:h="16838"/>
      <w:pgMar w:top="454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4094731">
    <w:abstractNumId w:val="8"/>
  </w:num>
  <w:num w:numId="2" w16cid:durableId="865288359">
    <w:abstractNumId w:val="6"/>
  </w:num>
  <w:num w:numId="3" w16cid:durableId="814226369">
    <w:abstractNumId w:val="5"/>
  </w:num>
  <w:num w:numId="4" w16cid:durableId="556353615">
    <w:abstractNumId w:val="4"/>
  </w:num>
  <w:num w:numId="5" w16cid:durableId="677317720">
    <w:abstractNumId w:val="7"/>
  </w:num>
  <w:num w:numId="6" w16cid:durableId="392044667">
    <w:abstractNumId w:val="3"/>
  </w:num>
  <w:num w:numId="7" w16cid:durableId="1187790252">
    <w:abstractNumId w:val="2"/>
  </w:num>
  <w:num w:numId="8" w16cid:durableId="1912542595">
    <w:abstractNumId w:val="1"/>
  </w:num>
  <w:num w:numId="9" w16cid:durableId="210784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B7C"/>
    <w:rsid w:val="00034616"/>
    <w:rsid w:val="00055544"/>
    <w:rsid w:val="0006063C"/>
    <w:rsid w:val="001217D5"/>
    <w:rsid w:val="0015074B"/>
    <w:rsid w:val="0029639D"/>
    <w:rsid w:val="002B2B23"/>
    <w:rsid w:val="002C011C"/>
    <w:rsid w:val="00326F90"/>
    <w:rsid w:val="00392E21"/>
    <w:rsid w:val="007818F4"/>
    <w:rsid w:val="0085097B"/>
    <w:rsid w:val="00924665"/>
    <w:rsid w:val="00A3134C"/>
    <w:rsid w:val="00AA1D8D"/>
    <w:rsid w:val="00B47730"/>
    <w:rsid w:val="00B838E6"/>
    <w:rsid w:val="00C43033"/>
    <w:rsid w:val="00CB0664"/>
    <w:rsid w:val="00E368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7AB0A"/>
  <w14:defaultImageDpi w14:val="300"/>
  <w15:docId w15:val="{11E8D213-7CF1-4D69-8F9B-B19E83825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16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423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Lucia van Kooten Niekerk</cp:lastModifiedBy>
  <cp:revision>12</cp:revision>
  <dcterms:created xsi:type="dcterms:W3CDTF">2013-12-23T23:15:00Z</dcterms:created>
  <dcterms:modified xsi:type="dcterms:W3CDTF">2026-09-28T09:04:00Z</dcterms:modified>
  <cp:category/>
</cp:coreProperties>
</file>